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זהות ושייכות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השייכות, הזיכרון והאמונה בחג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וביטויים הקשורים לשייכות וזהות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רפלקטיבית קצרה לפי מבנה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1 · הבנה – מה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זיכרון, אמונה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2 ·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בפתיחת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משימת כתיבה אישית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3 · התאמה – מילים ומשמעותן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(תחושה שאני חלק ממשהו גדול ממני)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(דברים מהעבר ששומרים בלב)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(מנהגים שעוברים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(רצון חזק להגיע או לחזור למשהו יקר)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4 ·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5 · סדר נכון – מבנה לכתיבת 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פתיחה – מה השייכות בשבילי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 מהחיים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קישור לחג הסיגד או לסרטון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משפט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6 ·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של רגע אישי של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הצעה מעשית כמו הכללה, הקשבה, 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שבסיגד נפגשים זיכרון, אמונה ושייכות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הסבר אישי והגיוני למילה שנבחרה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רלוונטית למושג מסורת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המילים מתרגיל 1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רשות של הכתיבה הרפלקטיבית, 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זהות ושייכות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חג הסיגד מספר על חלום וגעגוע של קהילת ביתא ישראל לירושלים במשך דורות. בדף הזה נתרגל מושגים כמו שייכות, זיכרון ומסורת, ונתכונן לכתיבה אישית על החיבור שלנו לקהילה ולמשפחה.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חלום  ·  שייכות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1 · הבנה – מה כתוב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חג הסיגד קשור בעיקר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זיכרון, אמונה ושייכות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קציר תבואה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לאיזו עיר התגעגעו בני ביתא ישראל במשך דורות?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ירושלים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2 ·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 קהילת ביתא ישראל חלמו במשך דורות להגיע לירושלים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התלמידים מתבקשים לכתוב פסקה רפלקטיבית על שייכות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3 · התאמה – מילים ומשמעותן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דברים מהעבר ששומרים בלב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מנהגים שעוברים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רצון חזק להגיע או לחזור למשהו יקר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תחושה שאני חלק ממשהו גדול ממני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4 ·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בני קהילת ביתא ישראל שמרו על __________ לירושלים במשך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בחג הסיגד נפגשים זיכרון, אמונה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5 · סדר נכון – מבנה לכתיבת 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קישור לחג הסיגד או לסרטון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סיום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פתיחה – מה השייכות בשבילי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דוגמה מהחיים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6 ·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'אני מרגיש/ה שייך/ת כאשר...' – תארו רגע אחד כזה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כל אחד מאיתנו יכול לעשות כדי שאחרים ירגישו שייכים בכיתה?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הקשר בין חג הסיגד לבין המילים זיכרון ואמונה?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שמבטאת עבורכם שייכות והסבירו 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זהות ושייכות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