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זהות ושייכות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השייכות, הזיכרון והאמונה בחג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וביטויים הקשורים לשייכות וזהות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רפלקטיבית קצרה לפי מבנה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1 · הבנה – מה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זיכרון, אמונה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חלום וגעגוע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2 ·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בפתיחת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בסיגד נפגשים דווקא זיכרון, אמונה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משימת כתיבה אישית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קהילה היא אחד המושגים המרכזיים בנושא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3 · התאמה – מילים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(תחושה שאני חלק ממשהו גדול ממני)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(דברים מהעבר ששומרים בלב)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(מנהגים שעוברים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(רצון חזק להגיע או לחזור למשהו יקר)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(קבוצת אנשים שחיים ותומכים זה בזה)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4 ·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5 · סדר נכון – מבנה לכתיבת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פתיחה – מה השייכות בשבילי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מהחיים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קישור לחג הסיגד או לסרטון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6 ·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רגע אישי של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הצעה מעשית כמו הכללה, הקשבה,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שבסיגד נפגשים זיכרון, אמונה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הסבר אישי והגיוני למילה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רלוונטית למושג 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המילים מתרגיל 1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רשות של הכתיבה הרפלקטיבית, 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זהות ושייכות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קהילת ביתא ישראל. הם חלמו הרבה שנים להגיע לירושלים. נלמד מילים כמו שייכות וזיכרון, ונכתוב קצת על 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קהילת ביתא ישראל הקשור לזיכרון, אמונה ושייכות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קהילה יהודית שחלמה במשך דורות להגיע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ההרגשה שאני חלק ממקום, מקבוצה או ממשפחה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מהעבר ששומרים בלב ובתודעה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מנהגים שעוברים מדור לדור במשפחה או בקהילה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געגוע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חזק וחם לחזור או להגיע למשהו יקר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ותומכים זה בזה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אמון עמוק בערכים, במסורת או בדת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1 · הבנה – מה כתוב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עוסק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זיכרון, אמונה ושייכות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קציר תבואה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תחילת שנה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שמרו בני הקהילה שנים רבות?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מתכונים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חלום וגעגוע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חדשה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מוזיקה מודרנית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עיר הם רצו להגיע?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מילים צריך לבחור בתרגיל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2 ·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קהילת ביתא ישראל חלמו במשך דורות להגיע לירושלים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אין שום קשר לזיכרון או לאמונה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מתבקשים לכתוב פסקה רפלקטיבית על שייכות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'קהילה' אינה קשורה כלל לנושא השייכות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3 · התאמה – מילים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רצון חזק להגיע או לחזור למשהו יקר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אנשים שחיים ותומכים זה בזה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דברים מהעבר ששומרים בלב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מנהגים שעוברים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תחושה שאני חלק ממשהו גדול ממני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4 ·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 קהילת ביתא ישראל שמרו על __________ לירושלים במשך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הסיגד נפגשים זיכרון, אמונה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קבוצת אנשים שחיים ותומכים זה בזה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מנהגים שעוברים מדור לדור במשפחה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המקום שבו גדלתי ומרגיש/ה בו הכי בנוח נקרא 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5 · סדר נכון – מבנה לכתיבת 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קישור לחג הסיגד או לסרטון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מהחיים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פתיחה – מה השייכות בשבילי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6 ·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'אני מרגיש/ה שייך/ת כאשר...' – תארו רגע אחד כזה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איזה חלום, מסורת או זיכרון שומרים במשפחה שלכם?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כל אחד מאיתנו יכול לעשות כדי שאחרים ירגישו שייכים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הקשר בין חג הסיגד לבין המילים זיכרון ואמונה?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שמבטאת עבורכם שייכות והסבירו 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למסורת ששומרים במשפחה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זהות ושייכות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