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ושייכות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השייכות, הזיכרון והאמונה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לשייכות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קצרה לפי מבנה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1 · הבנה – מה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זיכרון, אמונה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חלום וגעגוע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2 ·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בסיגד נפגשים דווקא זיכרון, אמונה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משימת כתיבה אישית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קהילה היא אחד המושגים המרכזיים בנושא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3 · התאמה –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(תחושה שאני חלק ממשהו גדול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(דברים מהעבר ששומרים בלב)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(מנהגים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(רצון חזק להגיע או לחזור למשהו 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אנשים שחיים ותומכים זה בזה)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4 ·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5 · סדר נכון – מבנה לכתיבת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– מה השייכות בשבילי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מהחיים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 לחג הסיגד או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6 ·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רגע אישי של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הצעה מעשית כמו הכללה, הקשבה,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שבסיגד נפגשים זיכרון, אמונה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הסבר אישי והגיוני למילה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רלוונטית למושג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המילים מתרגיל 1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רשות של הכתיבה הרפלקטיבית,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ושייכות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מספר על חלום וגעגוע של קהילת ביתא ישראל לירושלים במשך דורות. בדף הזה נתרגל מושגים כמו שייכות, זיכרון ומסורת, ונתכונן לכתיבה אישית על החיבור שלנו לקהילה ולמשפחה.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1 · הבנה – מה כתוב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קשור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זיכרון, אמונה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תחילת שנה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קהילת ביתא ישראל שמרה במשך דורות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חלום וגעגוע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עיר התגעגעו בני ביתא ישראל במשך דורות?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מתבקשים התלמידים לבחור כדי לתאר 'שייכות'?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2 ·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קהילת ביתא ישראל חלמו במשך דורות להגיע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אין שום קשר לזיכרון או לאמונה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מתבקשים לכתוב פסקה רפלקטיבית על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'קהילה' אינה קשורה כלל לנושא השייכות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3 · התאמה –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אנשים שחיים ותומכים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מנהגים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דברים מהעבר ששומרים בלב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תחושה שאני חלק ממשהו גדול ממני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 חזק להגיע או לחזור למשהו יקר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4 ·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קהילת ביתא ישראל שמרו על __________ לירושלים במשך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נפגשים זיכרון, אמונה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קבוצת אנשים שחיים ותומכים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מנהגים שעוברים מדור לדור במשפחה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גדלתי ומרגיש/ה בו הכי בנוח נקרא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5 · סדר נכון – מבנה לכתיבת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מהחיים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– מה השייכות בשבילי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לחג הסיגד או לסרטון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6 ·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'אני מרגיש/ה שייך/ת כאשר...' – תארו רגע אחד כזה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חלום, מסורת או זיכרון שומרים במשפחה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כל אחד מאיתנו יכול לעשות כדי שאחרים ירגישו שייכים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הקשר בין חג הסיגד לבין המילים זיכרון ואמונה?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שמבטאת עבורכם שייכות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למסורת ששומרים במשפחה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זהות ושייכות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